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ResumeName"/>
        <w:spacing w:before="0" w:after="40"/>
        <w:jc w:val="center"/>
      </w:pPr>
      <w:r>
        <w:t>KRISTINA DANIELIAN</w:t>
      </w:r>
    </w:p>
    <w:p>
      <w:pPr>
        <w:spacing w:before="0" w:after="100"/>
        <w:jc w:val="center"/>
      </w:pPr>
      <w:r>
        <w:rPr>
          <w:sz w:val="18"/>
        </w:rPr>
        <w:t>Glendale, CA  |  +1 (747) 306-9556  |  kristinadanielan126@gmail.com</w:t>
      </w:r>
    </w:p>
    <w:p>
      <w:pPr>
        <w:pStyle w:val="ResumeHeading"/>
        <w:spacing w:before="200" w:after="80"/>
        <w:pBdr>
          <w:bottom w:val="single" w:sz="5" w:color="B8C8D6"/>
        </w:pBdr>
      </w:pPr>
      <w:r>
        <w:t>PROFESSIONAL SUMMARY</w:t>
      </w:r>
    </w:p>
    <w:p>
      <w:pPr>
        <w:spacing w:before="0" w:after="0"/>
      </w:pPr>
      <w:r>
        <w:t>Customer service and operations professional with 7+ years of experience in hospitality, team leadership, and daily business operations. Management background developed in Russia, complemented by customer-facing work in the United States. Currently studying Business Administration and seeking an administrative, office support, or customer service role; ready to learn U.S. workplace procedures and apply strong organizational and problem-solving skills.</w:t>
      </w:r>
    </w:p>
    <w:p>
      <w:pPr>
        <w:pStyle w:val="ResumeHeading"/>
        <w:spacing w:before="200" w:after="80"/>
        <w:pBdr>
          <w:bottom w:val="single" w:sz="5" w:color="B8C8D6"/>
        </w:pBdr>
      </w:pPr>
      <w:r>
        <w:t>PROFESSIONAL EXPERIENCE</w:t>
      </w:r>
    </w:p>
    <w:p>
      <w:pPr>
        <w:spacing w:before="120" w:after="20"/>
      </w:pPr>
      <w:r>
        <w:rPr>
          <w:b/>
          <w:sz w:val="19"/>
        </w:rPr>
        <w:t>Barista / Customer Service Associate</w:t>
      </w:r>
      <w:r>
        <w:rPr>
          <w:sz w:val="18"/>
        </w:rPr>
        <w:t xml:space="preserve">  |  Uptown Coffee — Glendale, CA</w:t>
      </w:r>
    </w:p>
    <w:p>
      <w:pPr>
        <w:spacing w:before="0" w:after="40"/>
      </w:pPr>
      <w:r>
        <w:rPr>
          <w:i/>
          <w:color w:val="5A6470"/>
          <w:sz w:val="17"/>
        </w:rPr>
        <w:t>2024 – Present</w:t>
      </w:r>
    </w:p>
    <w:p>
      <w:pPr>
        <w:pStyle w:val="ListBullet"/>
        <w:spacing w:after="20"/>
        <w:ind w:left="302" w:hanging="173"/>
      </w:pPr>
      <w:r>
        <w:t>Assist customers, process cash and card payments, and resolve service questions.</w:t>
      </w:r>
    </w:p>
    <w:p>
      <w:pPr>
        <w:pStyle w:val="ListBullet"/>
        <w:spacing w:after="20"/>
        <w:ind w:left="302" w:hanging="173"/>
      </w:pPr>
      <w:r>
        <w:t>Coordinate orders and daily tasks while maintaining accuracy in a busy environment.</w:t>
      </w:r>
    </w:p>
    <w:p>
      <w:pPr>
        <w:spacing w:before="120" w:after="20"/>
      </w:pPr>
      <w:r>
        <w:rPr>
          <w:b/>
          <w:sz w:val="19"/>
        </w:rPr>
        <w:t>Restaurant Manager</w:t>
      </w:r>
      <w:r>
        <w:rPr>
          <w:sz w:val="18"/>
        </w:rPr>
        <w:t xml:space="preserve">  |  Gourmet Restaurant — Sheremetyevo International Airport, Russia</w:t>
      </w:r>
    </w:p>
    <w:p>
      <w:pPr>
        <w:spacing w:before="0" w:after="40"/>
      </w:pPr>
      <w:r>
        <w:rPr>
          <w:i/>
          <w:color w:val="5A6470"/>
          <w:sz w:val="17"/>
        </w:rPr>
        <w:t>2021 – 2023</w:t>
      </w:r>
    </w:p>
    <w:p>
      <w:pPr>
        <w:pStyle w:val="ListBullet"/>
        <w:spacing w:after="20"/>
        <w:ind w:left="302" w:hanging="173"/>
      </w:pPr>
      <w:r>
        <w:t>Coordinated daily operations, employee assignments, and staff scheduling.</w:t>
      </w:r>
    </w:p>
    <w:p>
      <w:pPr>
        <w:pStyle w:val="ListBullet"/>
        <w:spacing w:after="20"/>
        <w:ind w:left="302" w:hanging="173"/>
      </w:pPr>
      <w:r>
        <w:t>Handled customer issues, cash procedures, sales records, and employee training.</w:t>
      </w:r>
    </w:p>
    <w:p>
      <w:pPr>
        <w:spacing w:before="120" w:after="20"/>
      </w:pPr>
      <w:r>
        <w:rPr>
          <w:b/>
          <w:sz w:val="19"/>
        </w:rPr>
        <w:t>Restaurant Manager / Team Leader</w:t>
      </w:r>
      <w:r>
        <w:rPr>
          <w:sz w:val="18"/>
        </w:rPr>
        <w:t xml:space="preserve">  |  Burger King — Russia</w:t>
      </w:r>
    </w:p>
    <w:p>
      <w:pPr>
        <w:spacing w:before="0" w:after="40"/>
      </w:pPr>
      <w:r>
        <w:rPr>
          <w:i/>
          <w:color w:val="5A6470"/>
          <w:sz w:val="17"/>
        </w:rPr>
        <w:t>2016 – 2020</w:t>
      </w:r>
    </w:p>
    <w:p>
      <w:pPr>
        <w:pStyle w:val="ListBullet"/>
        <w:spacing w:after="20"/>
        <w:ind w:left="302" w:hanging="173"/>
      </w:pPr>
      <w:r>
        <w:t>Progressed into management; supervised team performance and day-to-day service.</w:t>
      </w:r>
    </w:p>
    <w:p>
      <w:pPr>
        <w:pStyle w:val="ListBullet"/>
        <w:spacing w:after="20"/>
        <w:ind w:left="302" w:hanging="173"/>
      </w:pPr>
      <w:r>
        <w:t>Supported staff training, scheduling, quality standards, and issue resolution.</w:t>
      </w:r>
    </w:p>
    <w:p>
      <w:pPr>
        <w:pStyle w:val="ResumeHeading"/>
        <w:spacing w:before="200" w:after="80"/>
        <w:pBdr>
          <w:bottom w:val="single" w:sz="5" w:color="B8C8D6"/>
        </w:pBdr>
      </w:pPr>
      <w:r>
        <w:t>EDUCATION</w:t>
      </w:r>
    </w:p>
    <w:p>
      <w:pPr>
        <w:spacing w:before="0" w:after="60"/>
      </w:pPr>
      <w:r>
        <w:rPr>
          <w:sz w:val="18"/>
        </w:rPr>
        <w:t>Los Angeles Mission College  |  Business Administration studies (in progress)</w:t>
      </w:r>
    </w:p>
    <w:p>
      <w:pPr>
        <w:spacing w:before="0" w:after="0"/>
      </w:pPr>
      <w:r>
        <w:rPr>
          <w:sz w:val="18"/>
        </w:rPr>
        <w:t>Yaroslavl State Pedagogical University (YSPU), Russia  |  Economics and Management coursework</w:t>
      </w:r>
    </w:p>
    <w:p>
      <w:pPr>
        <w:pStyle w:val="ResumeHeading"/>
        <w:spacing w:before="200" w:after="80"/>
        <w:pBdr>
          <w:bottom w:val="single" w:sz="5" w:color="B8C8D6"/>
        </w:pBdr>
      </w:pPr>
      <w:r>
        <w:t>CORE SKILLS</w:t>
      </w:r>
    </w:p>
    <w:p>
      <w:pPr>
        <w:spacing w:before="0" w:after="0"/>
      </w:pPr>
      <w:r>
        <w:t>Customer Service  •  Team Coordination  •  Scheduling  •  Cash Handling  •  Administrative Support  •  Operational Records  •  Conflict Resolution  •  Microsoft Office / Google Workspace</w:t>
      </w:r>
    </w:p>
    <w:p>
      <w:pPr>
        <w:pStyle w:val="ResumeHeading"/>
        <w:spacing w:before="200" w:after="80"/>
        <w:pBdr>
          <w:bottom w:val="single" w:sz="5" w:color="B8C8D6"/>
        </w:pBdr>
      </w:pPr>
      <w:r>
        <w:t>LANGUAGES</w:t>
      </w:r>
    </w:p>
    <w:p>
      <w:pPr>
        <w:spacing w:before="0" w:after="0"/>
      </w:pPr>
      <w:r>
        <w:t>Armenian — Native   |   Russian — Native   |   English — Upper-Intermediate (B2)</w:t>
      </w:r>
    </w:p>
    <w:sectPr w:rsidR="00FC693F" w:rsidRPr="0006063C" w:rsidSect="00034616">
      <w:pgSz w:w="12240" w:h="15840"/>
      <w:pgMar w:top="893" w:right="1123" w:bottom="835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28303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Name">
    <w:name w:val="Resume Name"/>
    <w:pPr>
      <w:spacing w:before="0" w:after="0"/>
    </w:pPr>
    <w:rPr>
      <w:rFonts w:ascii="Aptos" w:hAnsi="Aptos"/>
      <w:b/>
      <w:color w:val="1B3147"/>
      <w:sz w:val="38"/>
    </w:rPr>
  </w:style>
  <w:style w:type="paragraph" w:customStyle="1" w:styleId="ResumeHeading">
    <w:name w:val="Resume Heading"/>
    <w:pPr>
      <w:spacing w:before="0" w:after="0"/>
    </w:pPr>
    <w:rPr>
      <w:rFonts w:ascii="Aptos" w:hAnsi="Aptos"/>
      <w:b/>
      <w:color w:val="234D71"/>
      <w:sz w:val="18"/>
    </w:rPr>
  </w:style>
  <w:style w:type="paragraph" w:customStyle="1" w:styleId="ResumeJob">
    <w:name w:val="Resume Job"/>
    <w:pPr>
      <w:spacing w:before="0" w:after="0"/>
    </w:pPr>
    <w:rPr>
      <w:rFonts w:ascii="Aptos" w:hAnsi="Aptos"/>
      <w:b/>
      <w:color w:val="1C2B3A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