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MONIKA ARUTYUNYAN</w:t>
      </w:r>
    </w:p>
    <w:p>
      <w:pPr>
        <w:jc w:val="center"/>
      </w:pPr>
      <w:r>
        <w:rPr>
          <w:b/>
          <w:sz w:val="21"/>
        </w:rPr>
        <w:t>Administrative Assistant | Operations | Finance &amp; Reporting | E-commerce</w:t>
      </w:r>
    </w:p>
    <w:p>
      <w:pPr>
        <w:jc w:val="center"/>
      </w:pPr>
      <w:r>
        <w:t>Santa Monica, CA  |  310-309-1504  |  Miss.Monika2023@gmail.com</w:t>
      </w:r>
    </w:p>
    <w:p>
      <w:pPr>
        <w:jc w:val="center"/>
      </w:pPr>
      <w:r>
        <w:rPr>
          <w:b/>
        </w:rPr>
        <w:t>Authorized to work in the United States. No sponsorship required.</w:t>
      </w:r>
    </w:p>
    <w:p>
      <w:pPr>
        <w:spacing w:before="100" w:after="20"/>
      </w:pPr>
      <w:r>
        <w:rPr>
          <w:b/>
          <w:sz w:val="21"/>
        </w:rPr>
        <w:t>PROFESSIONAL SUMMARY</w:t>
      </w:r>
    </w:p>
    <w:p>
      <w:r>
        <w:t>Organized and dependable professional with higher education in Economics and additional university-level studies in Psychology. Hands-on experience in the fragrance industry, including wholesale sales, financial operations, reporting, client communication, order coordination, inventory, and day-to-day business administration. Strong attention to detail, accuracy with numbers and documents, and ability to manage multiple priorities. Quick to learn new systems and comfortable working independently or as part of a team.</w:t>
      </w:r>
    </w:p>
    <w:p>
      <w:pPr>
        <w:spacing w:before="100" w:after="20"/>
      </w:pPr>
      <w:r>
        <w:rPr>
          <w:b/>
          <w:sz w:val="21"/>
        </w:rPr>
        <w:t>CORE SKILLS</w:t>
      </w:r>
    </w:p>
    <w:p>
      <w:r>
        <w:t>Administrative Support • Financial Reporting • Sales Reporting • Wholesale Sales • Data Entry • Document Management • Order Processing • Inventory Tracking • Customer Service • Email Communication • Microsoft Office • Excel • Google Workspace • eBay • Shopify • Shipping &amp; Logistics • Attention to Detail • Time Management</w:t>
      </w:r>
    </w:p>
    <w:p>
      <w:pPr>
        <w:spacing w:before="100" w:after="20"/>
      </w:pPr>
      <w:r>
        <w:rPr>
          <w:b/>
          <w:sz w:val="21"/>
        </w:rPr>
        <w:t>PROFESSIONAL EXPERIENCE</w:t>
      </w:r>
    </w:p>
    <w:p>
      <w:r>
        <w:rPr>
          <w:b/>
        </w:rPr>
        <w:t>Fragrance Industry - Wholesale Sales, Finance &amp; Operations</w:t>
      </w:r>
      <w:r>
        <w:t xml:space="preserve">  |  Russia / Online Business</w:t>
      </w:r>
    </w:p>
    <w:p>
      <w:pPr>
        <w:spacing w:after="10"/>
        <w:ind w:left="216" w:hanging="173"/>
      </w:pPr>
      <w:r>
        <w:rPr>
          <w:b/>
        </w:rPr>
        <w:t xml:space="preserve">• </w:t>
      </w:r>
      <w:r>
        <w:t>Worked in the fragrance industry with a focus on wholesale sales, customer relationships, order coordination, and product operations.</w:t>
      </w:r>
    </w:p>
    <w:p>
      <w:pPr>
        <w:spacing w:after="10"/>
        <w:ind w:left="216" w:hanging="173"/>
      </w:pPr>
      <w:r>
        <w:rPr>
          <w:b/>
        </w:rPr>
        <w:t xml:space="preserve">• </w:t>
      </w:r>
      <w:r>
        <w:t>Handled financial tracking, sales reporting, internal records, and day-to-day business documentation.</w:t>
      </w:r>
    </w:p>
    <w:p>
      <w:pPr>
        <w:spacing w:after="10"/>
        <w:ind w:left="216" w:hanging="173"/>
      </w:pPr>
      <w:r>
        <w:rPr>
          <w:b/>
        </w:rPr>
        <w:t xml:space="preserve">• </w:t>
      </w:r>
      <w:r>
        <w:t>Prepared and maintained reports related to sales, payments, orders, and business activity with strong attention to accuracy.</w:t>
      </w:r>
    </w:p>
    <w:p>
      <w:pPr>
        <w:spacing w:after="10"/>
        <w:ind w:left="216" w:hanging="173"/>
      </w:pPr>
      <w:r>
        <w:rPr>
          <w:b/>
        </w:rPr>
        <w:t xml:space="preserve">• </w:t>
      </w:r>
      <w:r>
        <w:t>Coordinated orders, inventory, product information, purchasing, and customer follow-up.</w:t>
      </w:r>
    </w:p>
    <w:p>
      <w:pPr>
        <w:spacing w:after="10"/>
        <w:ind w:left="216" w:hanging="173"/>
      </w:pPr>
      <w:r>
        <w:rPr>
          <w:b/>
        </w:rPr>
        <w:t xml:space="preserve">• </w:t>
      </w:r>
      <w:r>
        <w:t>Communicated with clients and business partners, supported repeat customers, and helped resolve order-related questions.</w:t>
      </w:r>
    </w:p>
    <w:p>
      <w:pPr>
        <w:spacing w:after="10"/>
        <w:ind w:left="216" w:hanging="173"/>
      </w:pPr>
      <w:r>
        <w:rPr>
          <w:b/>
        </w:rPr>
        <w:t xml:space="preserve">• </w:t>
      </w:r>
      <w:r>
        <w:t>Managed multiple tasks independently and maintained organized records in a fast-paced commercial environment.</w:t>
      </w:r>
    </w:p>
    <w:p>
      <w:r>
        <w:rPr>
          <w:b/>
        </w:rPr>
        <w:t>E-commerce &amp; Online Sales Operations</w:t>
      </w:r>
      <w:r>
        <w:t xml:space="preserve">  |  Los Angeles, CA</w:t>
      </w:r>
    </w:p>
    <w:p>
      <w:pPr>
        <w:spacing w:after="10"/>
        <w:ind w:left="216" w:hanging="173"/>
      </w:pPr>
      <w:r>
        <w:rPr>
          <w:b/>
        </w:rPr>
        <w:t xml:space="preserve">• </w:t>
      </w:r>
      <w:r>
        <w:t>Manage online product listings, customer messages, order processing, shipping, and inventory for fragrance sales.</w:t>
      </w:r>
    </w:p>
    <w:p>
      <w:pPr>
        <w:spacing w:after="10"/>
        <w:ind w:left="216" w:hanging="173"/>
      </w:pPr>
      <w:r>
        <w:rPr>
          <w:b/>
        </w:rPr>
        <w:t xml:space="preserve">• </w:t>
      </w:r>
      <w:r>
        <w:t>Use eBay, Shopify, USPS, spreadsheets, and digital tools to organize sales activity and customer information.</w:t>
      </w:r>
    </w:p>
    <w:p>
      <w:pPr>
        <w:spacing w:after="10"/>
        <w:ind w:left="216" w:hanging="173"/>
      </w:pPr>
      <w:r>
        <w:rPr>
          <w:b/>
        </w:rPr>
        <w:t xml:space="preserve">• </w:t>
      </w:r>
      <w:r>
        <w:t>Coordinate domestic and international shipments and maintain accurate order and tracking records.</w:t>
      </w:r>
    </w:p>
    <w:p>
      <w:pPr>
        <w:spacing w:before="100" w:after="20"/>
      </w:pPr>
      <w:r>
        <w:rPr>
          <w:b/>
          <w:sz w:val="21"/>
        </w:rPr>
        <w:t>EDUCATION</w:t>
      </w:r>
    </w:p>
    <w:p>
      <w:r>
        <w:rPr>
          <w:b/>
        </w:rPr>
        <w:t>Academy of Labour and Social Relations, Moscow, Russia</w:t>
      </w:r>
      <w:r>
        <w:t xml:space="preserve"> - Higher Education in Economics</w:t>
      </w:r>
    </w:p>
    <w:p>
      <w:r>
        <w:t>Additional university-level studies in Psychology - incomplete</w:t>
      </w:r>
    </w:p>
    <w:p>
      <w:pPr>
        <w:spacing w:before="100" w:after="20"/>
      </w:pPr>
      <w:r>
        <w:rPr>
          <w:b/>
          <w:sz w:val="21"/>
        </w:rPr>
        <w:t>LANGUAGES</w:t>
      </w:r>
    </w:p>
    <w:p>
      <w:r>
        <w:t>Russian - Native / Excellent written and spoken proficiency</w:t>
        <w:br/>
        <w:t>Armenian - Conversational</w:t>
        <w:br/>
        <w:t>English - Written communication and reading; spoken English in active development</w:t>
      </w:r>
    </w:p>
    <w:sectPr w:rsidR="00FC693F" w:rsidRPr="0006063C" w:rsidSect="00034616">
      <w:pgSz w:w="12240" w:h="15840"/>
      <w:pgMar w:top="648" w:right="936" w:bottom="648"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